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Vorlage zur Erfassung von Verbrauchsdaten (Monatliche Zählerablesung)</w:t>
      </w:r>
    </w:p>
    <w:p>
      <w:pPr>
        <w:pStyle w:val="Heading2"/>
      </w:pPr>
      <w:r>
        <w:t>1. Allgemeine Angaben</w:t>
      </w:r>
    </w:p>
    <w:p>
      <w:r>
        <w:t>- Objekt/Standort: [___________________________]</w:t>
      </w:r>
    </w:p>
    <w:p>
      <w:r>
        <w:t>- Adresse: [___________________________]</w:t>
      </w:r>
    </w:p>
    <w:p>
      <w:r>
        <w:t>- Monat/Jahr: [___________________________]</w:t>
      </w:r>
    </w:p>
    <w:p>
      <w:r>
        <w:t>- Erfasst durch (Name): [___________________________]</w:t>
      </w:r>
    </w:p>
    <w:p>
      <w:pPr>
        <w:pStyle w:val="Heading2"/>
      </w:pPr>
      <w:r>
        <w:t>2. Zählerdaten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Zählertyp</w:t>
            </w:r>
          </w:p>
        </w:tc>
        <w:tc>
          <w:tcPr>
            <w:tcW w:type="dxa" w:w="2160"/>
          </w:tcPr>
          <w:p>
            <w:r>
              <w:t>Art des Verbrauchs</w:t>
            </w:r>
          </w:p>
        </w:tc>
        <w:tc>
          <w:tcPr>
            <w:tcW w:type="dxa" w:w="2160"/>
          </w:tcPr>
          <w:p>
            <w:r>
              <w:t>Zählernummer</w:t>
            </w:r>
          </w:p>
        </w:tc>
        <w:tc>
          <w:tcPr>
            <w:tcW w:type="dxa" w:w="2160"/>
          </w:tcPr>
          <w:p>
            <w:r>
              <w:t>Aktueller Zählerstand</w:t>
            </w:r>
          </w:p>
        </w:tc>
      </w:tr>
      <w:tr>
        <w:tc>
          <w:tcPr>
            <w:tcW w:type="dxa" w:w="2160"/>
          </w:tcPr>
          <w:p>
            <w:r>
              <w:t>[Hauptzähler/Zwischenzähler]</w:t>
            </w:r>
          </w:p>
        </w:tc>
        <w:tc>
          <w:tcPr>
            <w:tcW w:type="dxa" w:w="2160"/>
          </w:tcPr>
          <w:p>
            <w:r>
              <w:t>[Gas/Strom/Wasser/Wärme]</w:t>
            </w:r>
          </w:p>
        </w:tc>
        <w:tc>
          <w:tcPr>
            <w:tcW w:type="dxa" w:w="2160"/>
          </w:tcPr>
          <w:p>
            <w:r>
              <w:t>[___________________________]</w:t>
            </w:r>
          </w:p>
        </w:tc>
        <w:tc>
          <w:tcPr>
            <w:tcW w:type="dxa" w:w="2160"/>
          </w:tcPr>
          <w:p>
            <w:r>
              <w:t>[___________________________]</w:t>
            </w:r>
          </w:p>
        </w:tc>
      </w:tr>
      <w:tr>
        <w:tc>
          <w:tcPr>
            <w:tcW w:type="dxa" w:w="2160"/>
          </w:tcPr>
          <w:p>
            <w:r>
              <w:t>[Hauptzähler/Zwischenzähler]</w:t>
            </w:r>
          </w:p>
        </w:tc>
        <w:tc>
          <w:tcPr>
            <w:tcW w:type="dxa" w:w="2160"/>
          </w:tcPr>
          <w:p>
            <w:r>
              <w:t>[Gas/Strom/Wasser/Wärme]</w:t>
            </w:r>
          </w:p>
        </w:tc>
        <w:tc>
          <w:tcPr>
            <w:tcW w:type="dxa" w:w="2160"/>
          </w:tcPr>
          <w:p>
            <w:r>
              <w:t>[___________________________]</w:t>
            </w:r>
          </w:p>
        </w:tc>
        <w:tc>
          <w:tcPr>
            <w:tcW w:type="dxa" w:w="2160"/>
          </w:tcPr>
          <w:p>
            <w:r>
              <w:t>[___________________________]</w:t>
            </w:r>
          </w:p>
        </w:tc>
      </w:tr>
      <w:tr>
        <w:tc>
          <w:tcPr>
            <w:tcW w:type="dxa" w:w="2160"/>
          </w:tcPr>
          <w:p>
            <w:r>
              <w:t>[Hauptzähler/Zwischenzähler]</w:t>
            </w:r>
          </w:p>
        </w:tc>
        <w:tc>
          <w:tcPr>
            <w:tcW w:type="dxa" w:w="2160"/>
          </w:tcPr>
          <w:p>
            <w:r>
              <w:t>[Gas/Strom/Wasser/Wärme]</w:t>
            </w:r>
          </w:p>
        </w:tc>
        <w:tc>
          <w:tcPr>
            <w:tcW w:type="dxa" w:w="2160"/>
          </w:tcPr>
          <w:p>
            <w:r>
              <w:t>[___________________________]</w:t>
            </w:r>
          </w:p>
        </w:tc>
        <w:tc>
          <w:tcPr>
            <w:tcW w:type="dxa" w:w="2160"/>
          </w:tcPr>
          <w:p>
            <w:r>
              <w:t>[___________________________]</w:t>
            </w:r>
          </w:p>
        </w:tc>
      </w:tr>
      <w:tr>
        <w:tc>
          <w:tcPr>
            <w:tcW w:type="dxa" w:w="2160"/>
          </w:tcPr>
          <w:p>
            <w:r>
              <w:t>[Hauptzähler/Zwischenzähler]</w:t>
            </w:r>
          </w:p>
        </w:tc>
        <w:tc>
          <w:tcPr>
            <w:tcW w:type="dxa" w:w="2160"/>
          </w:tcPr>
          <w:p>
            <w:r>
              <w:t>[Gas/Strom/Wasser/Wärme]</w:t>
            </w:r>
          </w:p>
        </w:tc>
        <w:tc>
          <w:tcPr>
            <w:tcW w:type="dxa" w:w="2160"/>
          </w:tcPr>
          <w:p>
            <w:r>
              <w:t>[___________________________]</w:t>
            </w:r>
          </w:p>
        </w:tc>
        <w:tc>
          <w:tcPr>
            <w:tcW w:type="dxa" w:w="2160"/>
          </w:tcPr>
          <w:p>
            <w:r>
              <w:t>[___________________________]</w:t>
            </w:r>
          </w:p>
        </w:tc>
      </w:tr>
      <w:tr>
        <w:tc>
          <w:tcPr>
            <w:tcW w:type="dxa" w:w="2160"/>
          </w:tcPr>
          <w:p>
            <w:r>
              <w:t>[Hauptzähler/Zwischenzähler]</w:t>
            </w:r>
          </w:p>
        </w:tc>
        <w:tc>
          <w:tcPr>
            <w:tcW w:type="dxa" w:w="2160"/>
          </w:tcPr>
          <w:p>
            <w:r>
              <w:t>[Gas/Strom/Wasser/Wärme]</w:t>
            </w:r>
          </w:p>
        </w:tc>
        <w:tc>
          <w:tcPr>
            <w:tcW w:type="dxa" w:w="2160"/>
          </w:tcPr>
          <w:p>
            <w:r>
              <w:t>[___________________________]</w:t>
            </w:r>
          </w:p>
        </w:tc>
        <w:tc>
          <w:tcPr>
            <w:tcW w:type="dxa" w:w="2160"/>
          </w:tcPr>
          <w:p>
            <w:r>
              <w:t>[___________________________]</w:t>
            </w:r>
          </w:p>
        </w:tc>
      </w:tr>
    </w:tbl>
    <w:p>
      <w:pPr>
        <w:pStyle w:val="Heading2"/>
      </w:pPr>
      <w:r>
        <w:t>3. Notizen und Besonderheiten</w:t>
      </w:r>
    </w:p>
    <w:p>
      <w:r>
        <w:t>- [_________________________________________________________]</w:t>
      </w:r>
    </w:p>
    <w:p>
      <w:r>
        <w:t>- [_________________________________________________________]</w:t>
      </w:r>
    </w:p>
    <w:p>
      <w:pPr>
        <w:pStyle w:val="Heading2"/>
      </w:pPr>
      <w:r>
        <w:t>4. Unterschrift</w:t>
      </w:r>
    </w:p>
    <w:p>
      <w:r>
        <w:t>- Datum der Erfassung: [___________________________]</w:t>
      </w:r>
    </w:p>
    <w:p>
      <w:r>
        <w:t>- Unterschrift des Verantwortlichen: [___________________________]</w:t>
      </w:r>
    </w:p>
    <w:p>
      <w:r>
        <w:br/>
        <w:t>Hinweis: Dieses Formular dient der monatlichen Erfassung von Zählerständen und dem Vergleich der Verbräuche. Es ist wichtig, die Werte korrekt zu dokumentieren, um eine verlässliche Verbrauchsübersicht zu erhalten.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